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41414"/>
          <w:sz w:val="32"/>
        </w:rPr>
        <w:t>FIRST NAME LAST NAME</w:t>
      </w:r>
    </w:p>
    <w:p>
      <w:pPr>
        <w:spacing w:after="280"/>
        <w:jc w:val="center"/>
      </w:pPr>
      <w:r>
        <w:rPr>
          <w:color w:val="505050"/>
          <w:sz w:val="19"/>
        </w:rPr>
        <w:t>Bogota, Colombia | +57 300 123 4567 | professional.email@domain.com | linkedin.com/in/yourprofile</w:t>
      </w:r>
    </w:p>
    <w:p>
      <w:pPr>
        <w:spacing w:before="200" w:after="80"/>
      </w:pPr>
      <w:r>
        <w:rPr>
          <w:b/>
          <w:color w:val="0F2346"/>
          <w:sz w:val="22"/>
        </w:rPr>
        <w:t>PROFESSIONAL SUMMARY</w:t>
      </w:r>
    </w:p>
    <w:p>
      <w:pPr>
        <w:spacing w:after="160"/>
      </w:pPr>
      <w:r>
        <w:rPr>
          <w:sz w:val="20"/>
        </w:rPr>
        <w:t>Bilingual [Your Profession/Role] with [X]+ years of experience driving cross-functional projects across [Industry/Sector]. Proven track record in [Core Skill 1], [Core Skill 2], and process optimization. Increased team efficiency by [X]% and reduced operational overhead by $[X] through strategic implementation and data-driven solutions.</w:t>
      </w:r>
    </w:p>
    <w:p>
      <w:pPr>
        <w:spacing w:before="200" w:after="80"/>
      </w:pPr>
      <w:r>
        <w:rPr>
          <w:b/>
          <w:color w:val="0F2346"/>
          <w:sz w:val="22"/>
        </w:rPr>
        <w:t>WORK EXPERIENCE</w:t>
      </w:r>
    </w:p>
    <w:p>
      <w:pPr>
        <w:spacing w:after="40"/>
      </w:pPr>
      <w:r>
        <w:rPr>
          <w:b/>
          <w:sz w:val="21"/>
        </w:rPr>
        <w:t>JOB TITLE / ROLE | Company Name</w:t>
      </w:r>
      <w:r>
        <w:rPr>
          <w:i/>
          <w:sz w:val="19"/>
        </w:rPr>
        <w:tab/>
        <w:t>City, Country (or Remote) | Jan 2022 – Present</w:t>
      </w:r>
    </w:p>
    <w:p>
      <w:pPr>
        <w:pStyle w:val="ListBullet"/>
        <w:spacing w:after="40"/>
      </w:pPr>
      <w:r>
        <w:t>Spearheaded a multidisciplinary team of [X] members, boosting quarterly delivery rates by [X]% using Agile/Scrum frameworks.</w:t>
      </w:r>
    </w:p>
    <w:p>
      <w:pPr>
        <w:pStyle w:val="ListBullet"/>
        <w:spacing w:after="40"/>
      </w:pPr>
      <w:r>
        <w:t>Developed and executed [Key Project/Strategy], cutting operational processing time by [X]% and saving over $[X]K USD annually.</w:t>
      </w:r>
    </w:p>
    <w:p>
      <w:pPr>
        <w:pStyle w:val="ListBullet"/>
        <w:spacing w:after="160"/>
      </w:pPr>
      <w:r>
        <w:t>Collaborated directly with international stakeholders and clients across North America to ensure 100% SLA compliance.</w:t>
      </w:r>
    </w:p>
    <w:p>
      <w:pPr>
        <w:spacing w:after="40"/>
      </w:pPr>
      <w:r>
        <w:rPr>
          <w:b/>
          <w:sz w:val="21"/>
        </w:rPr>
        <w:t>PREVIOUS JOB TITLE | Previous Company</w:t>
      </w:r>
      <w:r>
        <w:rPr>
          <w:i/>
          <w:sz w:val="19"/>
        </w:rPr>
        <w:tab/>
        <w:t>City, Country | Feb 2019 – Dec 2021</w:t>
      </w:r>
    </w:p>
    <w:p>
      <w:pPr>
        <w:pStyle w:val="ListBullet"/>
        <w:spacing w:after="40"/>
      </w:pPr>
      <w:r>
        <w:t>Automated reporting workflows using [Software/Tool], eliminating [X] hours of weekly manual data entry.</w:t>
      </w:r>
    </w:p>
    <w:p>
      <w:pPr>
        <w:pStyle w:val="ListBullet"/>
        <w:spacing w:after="160"/>
      </w:pPr>
      <w:r>
        <w:t>Managed customer success and vendor relationships, achieving a [X]% customer retention rate.</w:t>
      </w:r>
    </w:p>
    <w:p>
      <w:pPr>
        <w:spacing w:before="200" w:after="80"/>
      </w:pPr>
      <w:r>
        <w:rPr>
          <w:b/>
          <w:color w:val="0F2346"/>
          <w:sz w:val="22"/>
        </w:rPr>
        <w:t>EDUCATION</w:t>
      </w:r>
    </w:p>
    <w:p>
      <w:pPr>
        <w:spacing w:after="40"/>
      </w:pPr>
      <w:r>
        <w:rPr>
          <w:b/>
          <w:sz w:val="21"/>
        </w:rPr>
        <w:t>BACHELOR OF SCIENCE / ARTS IN [YOUR MAJOR]</w:t>
      </w:r>
      <w:r>
        <w:rPr>
          <w:i/>
          <w:sz w:val="19"/>
        </w:rPr>
        <w:tab/>
        <w:t>Graduation Year: [Year]</w:t>
      </w:r>
    </w:p>
    <w:p>
      <w:pPr>
        <w:spacing w:after="80"/>
      </w:pPr>
      <w:r>
        <w:t>University Name | City, Country</w:t>
        <w:br/>
        <w:t>Honors/Awards: Graduated with Honors / Top 5% of class (Optional).</w:t>
      </w:r>
    </w:p>
    <w:p>
      <w:pPr>
        <w:spacing w:before="200" w:after="80"/>
      </w:pPr>
      <w:r>
        <w:rPr>
          <w:b/>
          <w:color w:val="0F2346"/>
          <w:sz w:val="22"/>
        </w:rPr>
        <w:t>TECHNICAL SKILLS &amp; CERTIFICACIONES</w:t>
      </w:r>
    </w:p>
    <w:p>
      <w:pPr>
        <w:pStyle w:val="ListBullet"/>
        <w:spacing w:after="40"/>
      </w:pPr>
      <w:r>
        <w:rPr>
          <w:b/>
        </w:rPr>
        <w:t>Technical Skills: [Tool 1, Tool 2, Microsoft Excel, Power BI, SQL, Python, CRM, Project Management Tools].</w:t>
      </w:r>
    </w:p>
    <w:p>
      <w:pPr>
        <w:pStyle w:val="ListBullet"/>
        <w:spacing w:after="40"/>
      </w:pPr>
      <w:r>
        <w:rPr>
          <w:b/>
        </w:rPr>
        <w:t>Languages: English (Fluent/Bilingual - C1/C2), Spanish (Native).</w:t>
      </w:r>
    </w:p>
    <w:p>
      <w:pPr>
        <w:pStyle w:val="ListBullet"/>
        <w:spacing w:after="40"/>
      </w:pPr>
      <w:r>
        <w:rPr>
          <w:b/>
        </w:rPr>
        <w:t>Certifications: [Scrum Master, PMP, AWS Certified Cloud Practitioner, Google Analytics].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