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color w:val="192D4B"/>
          <w:sz w:val="32"/>
        </w:rPr>
        <w:t>NOMBRES Y APELLIDOS</w:t>
      </w:r>
    </w:p>
    <w:p>
      <w:pPr>
        <w:spacing w:after="280"/>
        <w:jc w:val="center"/>
      </w:pPr>
      <w:r>
        <w:rPr>
          <w:color w:val="505050"/>
          <w:sz w:val="19"/>
        </w:rPr>
        <w:t>Ciudad, Colombia | Teléfono / WhatsApp: +57 300 000 0000 | correo.personal@email.com | LinkedIn</w:t>
      </w:r>
    </w:p>
    <w:p>
      <w:pPr>
        <w:spacing w:before="200" w:after="80"/>
      </w:pPr>
      <w:r>
        <w:rPr>
          <w:b/>
          <w:color w:val="00325F"/>
          <w:sz w:val="22"/>
        </w:rPr>
        <w:t>PERFIL PROFESIONAL / OCUPACIONAL</w:t>
      </w:r>
    </w:p>
    <w:p>
      <w:pPr>
        <w:spacing w:after="160"/>
      </w:pPr>
      <w:r>
        <w:rPr>
          <w:sz w:val="20"/>
        </w:rPr>
        <w:t>Egresado / Estudiante de [Tu Carrera o Bachiller] con gran motivación por iniciar su trayectoria laboral en el área de [Área de Interés, ej. Atención al Cliente, Asistencia Administrativa, Ventas, Logística]. Destacado por su rápida capacidad de aprendizaje, responsabilidad, manejo fluido de herramientas informáticas (Excel, Word) y excelente orientación al servicio y trabajo en equipo.</w:t>
      </w:r>
    </w:p>
    <w:p>
      <w:pPr>
        <w:spacing w:before="200" w:after="80"/>
      </w:pPr>
      <w:r>
        <w:rPr>
          <w:b/>
          <w:color w:val="00325F"/>
          <w:sz w:val="22"/>
        </w:rPr>
        <w:t>FORMACIÓN ACADÉMICA</w:t>
      </w:r>
    </w:p>
    <w:p>
      <w:pPr>
        <w:spacing w:after="40"/>
      </w:pPr>
      <w:r>
        <w:rPr>
          <w:b/>
          <w:sz w:val="21"/>
        </w:rPr>
        <w:t>TÉCNICO / TECNÓLOGO O PREGRADO EN [PROGRAMA]</w:t>
      </w:r>
      <w:r>
        <w:rPr>
          <w:i/>
        </w:rPr>
        <w:tab/>
        <w:t>Estado: En curso (Semestre X) / Graduado [Año]</w:t>
      </w:r>
    </w:p>
    <w:p>
      <w:pPr>
        <w:spacing w:after="120"/>
      </w:pPr>
      <w:r>
        <w:t>Institución Educativa / Universidad / SENA | Ciudad, Colombia</w:t>
      </w:r>
    </w:p>
    <w:p>
      <w:pPr>
        <w:spacing w:after="40"/>
      </w:pPr>
      <w:r>
        <w:rPr>
          <w:b/>
          <w:sz w:val="21"/>
        </w:rPr>
        <w:t>BACHILLER ACADÉMICO / TÉCNICO</w:t>
      </w:r>
      <w:r>
        <w:rPr>
          <w:i/>
        </w:rPr>
        <w:tab/>
        <w:t>Año de Graduación: [Año]</w:t>
      </w:r>
    </w:p>
    <w:p>
      <w:pPr>
        <w:spacing w:after="160"/>
      </w:pPr>
      <w:r>
        <w:t>Colegio / Institución de Educación Secundaria | Ciudad, Colombia</w:t>
        <w:br/>
        <w:t>Reconocimientos: [Mención de honor, Mejor puntaje Saber 11, etc. (Opcional)]</w:t>
      </w:r>
    </w:p>
    <w:p>
      <w:pPr>
        <w:spacing w:before="200" w:after="80"/>
      </w:pPr>
      <w:r>
        <w:rPr>
          <w:b/>
          <w:color w:val="00325F"/>
          <w:sz w:val="22"/>
        </w:rPr>
        <w:t>PROYECTOS ACADÉMICOS, VOLUNTARIADOS O PRÁCTICAS</w:t>
      </w:r>
    </w:p>
    <w:p>
      <w:pPr>
        <w:spacing w:after="40"/>
      </w:pPr>
      <w:r>
        <w:rPr>
          <w:b/>
          <w:sz w:val="21"/>
        </w:rPr>
        <w:t>NOMBRE DEL PROYECTO O VOLUNTARIADO</w:t>
      </w:r>
      <w:r>
        <w:rPr>
          <w:i/>
        </w:rPr>
        <w:tab/>
        <w:t>Rol Desempeñado | [Año]</w:t>
      </w:r>
    </w:p>
    <w:p>
      <w:pPr>
        <w:pStyle w:val="ListBullet"/>
        <w:spacing w:after="40"/>
      </w:pPr>
      <w:r>
        <w:t>Descripción de las actividades realizadas: organización de eventos, atención de personas, digitación de datos, soporte logístico o trabajo colaborativo.</w:t>
      </w:r>
    </w:p>
    <w:p>
      <w:pPr>
        <w:pStyle w:val="ListBullet"/>
        <w:spacing w:after="160"/>
      </w:pPr>
      <w:r>
        <w:t>Logro alcanzado: cumplimiento de metas del proyecto, reconocimiento por compromiso o entrega oportuna.</w:t>
      </w:r>
    </w:p>
    <w:p>
      <w:pPr>
        <w:spacing w:before="200" w:after="80"/>
      </w:pPr>
      <w:r>
        <w:rPr>
          <w:b/>
          <w:color w:val="00325F"/>
          <w:sz w:val="22"/>
        </w:rPr>
        <w:t>CURSOS COMPLEMENTARIOS Y CERTIFICACIONES</w:t>
      </w:r>
    </w:p>
    <w:p>
      <w:pPr>
        <w:pStyle w:val="ListBullet"/>
        <w:spacing w:after="40"/>
      </w:pPr>
      <w:r>
        <w:t>Curso de [Tema, ej. Excel Básico e Intermedio / Servicio al Cliente] – [SENA / Platzi / Coursera], [Horas] horas. Año [Año].</w:t>
      </w:r>
    </w:p>
    <w:p>
      <w:pPr>
        <w:pStyle w:val="ListBullet"/>
        <w:spacing w:after="160"/>
      </w:pPr>
      <w:r>
        <w:t>Taller de [Herramienta, ej. Herramientas Digitales y Manejo de Bases de Datos] – Institución, Año [Año].</w:t>
      </w:r>
    </w:p>
    <w:p>
      <w:pPr>
        <w:spacing w:before="200" w:after="80"/>
      </w:pPr>
      <w:r>
        <w:rPr>
          <w:b/>
          <w:color w:val="00325F"/>
          <w:sz w:val="22"/>
        </w:rPr>
        <w:t>HABILIDADES TÉCNICAS Y BLANDAS</w:t>
      </w:r>
    </w:p>
    <w:p>
      <w:pPr>
        <w:pStyle w:val="ListBullet"/>
        <w:spacing w:after="40"/>
      </w:pPr>
      <w:r>
        <w:t>Habilidades Digitales: Microsoft Office (Word, Excel, PowerPoint), navegación web, correo corporativo, digitación rápida.</w:t>
      </w:r>
    </w:p>
    <w:p>
      <w:pPr>
        <w:pStyle w:val="ListBullet"/>
        <w:spacing w:after="40"/>
      </w:pPr>
      <w:r>
        <w:t>Habilidades Blandas: Comunicación asertiva, puntualidad, actitud propositiva, alta adaptabilidad y resolución de problemas.</w:t>
      </w:r>
    </w:p>
    <w:p>
      <w:pPr>
        <w:pStyle w:val="ListBullet"/>
        <w:spacing w:after="160"/>
      </w:pPr>
      <w:r>
        <w:t>Idiomas: Español (Nativo), Inglés (Nivel Básico / Intermedio).</w:t>
      </w:r>
    </w:p>
    <w:p>
      <w:pPr>
        <w:spacing w:before="200" w:after="80"/>
      </w:pPr>
      <w:r>
        <w:rPr>
          <w:b/>
          <w:color w:val="00325F"/>
          <w:sz w:val="22"/>
        </w:rPr>
        <w:t>REFERENCIAS PERSONALES O FAMILIARES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</w:tcPr>
          <w:p>
            <w:r>
              <w:t>Nombre: [Nombre de Referencia 1]</w:t>
              <w:br/>
              <w:t>Ocupación / Cargo: [Profesión]</w:t>
              <w:br/>
              <w:t>Teléfono: +57 300 000 0000</w:t>
            </w:r>
          </w:p>
        </w:tc>
        <w:tc>
          <w:tcPr>
            <w:tcW w:type="dxa" w:w="4968"/>
          </w:tcPr>
          <w:p>
            <w:r>
              <w:t>Nombre: [Nombre de Referencia 2]</w:t>
              <w:br/>
              <w:t>Ocupación / Cargo: [Profesión]</w:t>
              <w:br/>
              <w:t>Teléfono: +57 300 000 0000</w:t>
            </w:r>
          </w:p>
        </w:tc>
      </w:tr>
      <w:tr>
        <w:tc>
          <w:tcPr>
            <w:tcW w:type="dxa" w:w="4968"/>
          </w:tcPr>
          <w:p/>
        </w:tc>
        <w:tc>
          <w:tcPr>
            <w:tcW w:type="dxa" w:w="4968"/>
          </w:tcPr>
          <w:p/>
        </w:tc>
      </w:tr>
    </w:tbl>
    <w:sectPr w:rsidR="00FC693F" w:rsidRPr="0006063C" w:rsidSect="00034616">
      <w:pgSz w:w="12240" w:h="15840"/>
      <w:pgMar w:top="1080" w:right="1152" w:bottom="108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