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41414"/>
          <w:sz w:val="32"/>
        </w:rPr>
        <w:t>NOMBRES Y APELLIDOS</w:t>
      </w:r>
    </w:p>
    <w:p>
      <w:pPr>
        <w:spacing w:after="280"/>
        <w:jc w:val="center"/>
      </w:pPr>
      <w:r>
        <w:rPr>
          <w:color w:val="505050"/>
          <w:sz w:val="19"/>
        </w:rPr>
        <w:t>Bogotá, Colombia | +57 300 123 4567 | correo.profesional@email.com | linkedin.com/in/tuperfil</w:t>
      </w:r>
    </w:p>
    <w:p>
      <w:pPr>
        <w:spacing w:before="200" w:after="80"/>
      </w:pPr>
      <w:r>
        <w:rPr>
          <w:b/>
          <w:color w:val="0A1E3C"/>
          <w:sz w:val="22"/>
        </w:rPr>
        <w:t>PERFIL PROFESIONAL</w:t>
      </w:r>
    </w:p>
    <w:p>
      <w:pPr>
        <w:spacing w:after="160"/>
      </w:pPr>
      <w:r>
        <w:rPr>
          <w:sz w:val="20"/>
        </w:rPr>
        <w:t>Profesional en [Tu Carrera / Especialidad] con más de [X] años de experiencia liderando proyectos en [Sector/Industria]. Especializado en [Competencia 1], [Competencia 2] y optimización de procesos operativos. Historial comprobado de incremento del [X]% en eficiencia y ahorro de costos mediante la implementación de soluciones estratégicas.</w:t>
      </w:r>
    </w:p>
    <w:p>
      <w:pPr>
        <w:spacing w:before="200" w:after="80"/>
      </w:pPr>
      <w:r>
        <w:rPr>
          <w:b/>
          <w:color w:val="0A1E3C"/>
          <w:sz w:val="22"/>
        </w:rPr>
        <w:t>EXPERIENCIA LABORAL</w:t>
      </w:r>
    </w:p>
    <w:p>
      <w:pPr>
        <w:spacing w:after="40"/>
      </w:pPr>
      <w:r>
        <w:rPr>
          <w:b/>
          <w:sz w:val="21"/>
        </w:rPr>
        <w:t>CARGO O ROL PRINCIPAL | Nombre de la Empresa</w:t>
      </w:r>
      <w:r>
        <w:rPr>
          <w:i/>
          <w:sz w:val="19"/>
        </w:rPr>
        <w:tab/>
        <w:t>Ciudad, Colombia | Enero 2022 – Presente</w:t>
      </w:r>
    </w:p>
    <w:p>
      <w:pPr>
        <w:pStyle w:val="ListBullet"/>
        <w:spacing w:after="40"/>
      </w:pPr>
      <w:r>
        <w:t>Lideré un equipo multidisciplinario de [X] personas, logrando un incremento del [X]% en la productividad trimestral mediante [metodología/herramienta].</w:t>
      </w:r>
    </w:p>
    <w:p>
      <w:pPr>
        <w:pStyle w:val="ListBullet"/>
        <w:spacing w:after="40"/>
      </w:pPr>
      <w:r>
        <w:t>Diseñé e implementé una estrategia de [Área], reduciendo los tiempos de respuesta operativa en un [X]% y ahorrando más de $[X] millones de pesos anuales.</w:t>
      </w:r>
    </w:p>
    <w:p>
      <w:pPr>
        <w:pStyle w:val="ListBullet"/>
        <w:spacing w:after="160"/>
      </w:pPr>
      <w:r>
        <w:t>Gestioné presupuestos superiores a $[X] millones, garantizando el 100% de cumplimiento en metas financieras y satisfacción de clientes.</w:t>
      </w:r>
    </w:p>
    <w:p>
      <w:pPr>
        <w:spacing w:after="40"/>
      </w:pPr>
      <w:r>
        <w:rPr>
          <w:b/>
          <w:sz w:val="21"/>
        </w:rPr>
        <w:t>CARGO ANTERIOR | Segunda Empresa o Multinacional</w:t>
      </w:r>
      <w:r>
        <w:rPr>
          <w:i/>
          <w:sz w:val="19"/>
        </w:rPr>
        <w:tab/>
        <w:t>Ciudad, Colombia | Marzo 2019 – Diciembre 2021</w:t>
      </w:r>
    </w:p>
    <w:p>
      <w:pPr>
        <w:pStyle w:val="ListBullet"/>
        <w:spacing w:after="40"/>
      </w:pPr>
      <w:r>
        <w:t>Coordiné la ejecución de [X] proyectos simultáneos, entregando los resultados [X] semanas antes del plazo límite fijado.</w:t>
      </w:r>
    </w:p>
    <w:p>
      <w:pPr>
        <w:pStyle w:val="ListBullet"/>
        <w:spacing w:after="160"/>
      </w:pPr>
      <w:r>
        <w:t>Automaticé reportes y flujos de análisis de datos utilizando [Herramienta], disminuyendo el margen de error en un [X]%.</w:t>
      </w:r>
    </w:p>
    <w:p>
      <w:pPr>
        <w:spacing w:before="200" w:after="80"/>
      </w:pPr>
      <w:r>
        <w:rPr>
          <w:b/>
          <w:color w:val="0A1E3C"/>
          <w:sz w:val="22"/>
        </w:rPr>
        <w:t>EDUCACIÓN Y FORMACIÓN ACADÉMICA</w:t>
      </w:r>
    </w:p>
    <w:p>
      <w:pPr>
        <w:spacing w:after="40"/>
      </w:pPr>
      <w:r>
        <w:rPr>
          <w:b/>
          <w:sz w:val="21"/>
        </w:rPr>
        <w:t>TÍTULO PROFESIONAL / PREGRADO EN [CARRERA]</w:t>
      </w:r>
      <w:r>
        <w:rPr>
          <w:i/>
          <w:sz w:val="19"/>
        </w:rPr>
        <w:tab/>
        <w:t>Año de Graduación: 2018</w:t>
      </w:r>
    </w:p>
    <w:p>
      <w:pPr>
        <w:spacing w:after="80"/>
      </w:pPr>
      <w:r>
        <w:t>Universidad / Institución de Educación Superior | Ciudad, Colombia</w:t>
        <w:br/>
        <w:t>Reconocimientos: Grado de Honor / Promedio destacado (opcional).</w:t>
      </w:r>
    </w:p>
    <w:p>
      <w:pPr>
        <w:spacing w:before="200" w:after="80"/>
      </w:pPr>
      <w:r>
        <w:rPr>
          <w:b/>
          <w:color w:val="0A1E3C"/>
          <w:sz w:val="22"/>
        </w:rPr>
        <w:t>HABILIDADES TÉCNICAS Y CERTIFICACIONES</w:t>
      </w:r>
    </w:p>
    <w:p>
      <w:pPr>
        <w:pStyle w:val="ListBullet"/>
        <w:spacing w:after="40"/>
      </w:pPr>
      <w:r>
        <w:rPr>
          <w:b/>
        </w:rPr>
        <w:t>Habilidades Técnicas: [Software 1, Software 2, Excel Avanzado, Power BI, Python/SQL, ERPs].</w:t>
      </w:r>
    </w:p>
    <w:p>
      <w:pPr>
        <w:pStyle w:val="ListBullet"/>
        <w:spacing w:after="40"/>
      </w:pPr>
      <w:r>
        <w:rPr>
          <w:b/>
        </w:rPr>
        <w:t>Idiomas: Español (Nativo), Inglés (C1 - Avanzado / Certificación TOEFL/IELTS).</w:t>
      </w:r>
    </w:p>
    <w:p>
      <w:pPr>
        <w:pStyle w:val="ListBullet"/>
        <w:spacing w:after="40"/>
      </w:pPr>
      <w:r>
        <w:rPr>
          <w:b/>
        </w:rPr>
        <w:t>Certificaciones: [Scrum Master, PMP, AWS Certified, Google Analytics, Finanzas Corporativas].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